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זכר למספר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במספר מונה ומתי במספר סידורי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במספרים במחיר, בתאריך, בשעה ובקו 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עשירי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שלושה, ארבעה,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המילה שעה היא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של מספר סידורי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קווי אוטובוס נאמרים לרוב בצורת נקבה, כמו קו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שמונה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(עשרים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(ה-15 בחודש)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(שמונה וחצי)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 חמש)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מדובר במספר מונה או מספר סידורי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את צורת המספר המתאימה -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אמרו או כתבו את המשפט המלא עם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מספר נכון, למשל - קניתי עט בחמישה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מספר מתאים, למשל - נולדתי בעשרים ושניים בינואר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זכר לנקבה לפי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לכל סוג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שקווי אוטובוס נאמרים בצורת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שקף לתרגול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ממחירים ושעות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לומדים את חוקי הזהב של המספר בעברית - איך אומרים נכון מחירים, תאריכים, שעות וקווי אוטובוס.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לי ___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קניתי ___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השעה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קו האוטובוס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היום ה-___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שמתאים לשם עצם זכר מסתיים בדרך כלל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כשאומרים את השעה משתמשים בצורת הנקבה של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סידורי משמש לציין מקום בסדרה, כמו ראשון ושני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 קווי אוטובוס תמיד נאמרים בצורת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כרטיסים לסרט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השעה __________ ורבע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 האוטובוס __________ מגיע כל עשר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ה-15 בחודש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 חמש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עשרים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שמונה וחצי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מדובר במספר מונה או מספר סידורי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אמרו או כתבו את המשפט המלא עם המספר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שם העצם הוא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זכר או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אתם משתמשים במספר כדי לתאר מחיר של מוצר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אתם משתמשים במספר כדי לתאר שעה או תאריך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בצורת הזכר של המספר ומתי בצורת הנקבה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מונה ולמספר סידורי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נכון את מספר קו אוטובוס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