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מספר זכר למספר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במספר מונה ומתי במספר סידורי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במספרים במחיר, בתאריך, בשעה ובקו 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עשירי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שלושה, ארבעה,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המילה שעה היא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ההגדרה של מספר סידורי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קווי אוטובוס נאמרים לרוב בצורת נקבה, כמו קו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שמונה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(עשרים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(ה-15 בחודש)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(שמונה וחצי)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 חמש)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שם העצם הוא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מדובר במספר מונה או מספר סידורי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את צורת המספר המתאימה -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אמרו או כתבו את המשפט המלא עם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מספר נכון, למשל - קניתי עט בחמישה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מספר מתאים, למשל - נולדתי בעשרים ושניים בינואר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ההבדל בין זכר לנקבה לפי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נכונה לכל סוג 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שקווי אוטובוס נאמרים בצורת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ולעצור אחרי כל שקף לתרגול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ממחירים ושעות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איך להגיד מספרים נכון בעברית - למשל מחיר, תאריך ושעה.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כמות, כמו אחד, שניים, שלושה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סידורי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מקום בסדר, כמו ראשון, שני,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המספר שמתאימה לשם עצם זכר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המספר שמתאימה לשם עצם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צורת המספר הנכונה לפי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בחודש, למשל ה-15 בחודש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אוטובוס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שמזהה אוטובוס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עולה דבר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 למספר 3 עם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הנכונה למספר 2 עם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את השעה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את מספר הקו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את התאריך 10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עשיריה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שמתאים לשם עצם זכר מסתיים בדרך כלל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כשאומרים את השעה משתמשים בצורת הנקבה של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סידורי משמש לציין מקום בסדרה, כמו ראשון ושני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 קווי אוטובוס תמיד נאמרים בצורת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לי __________ 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כרטיסים לסרט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השעה __________ ורבע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 האוטובוס __________ מגיע כל עשר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 חמש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עשרים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ה-15 בחודש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שמונה וחצי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צורת המספר המתאימה -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שם העצם הוא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אמרו או כתבו את המשפט המלא עם המספר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מדובר במספר מונה או מספר סידורי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אתם משתמשים במספר כדי לתאר מחיר של מוצר בחנות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אתם משתמשים במספר כדי לתאר שעה או תאריך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בצורת הזכר של המספר ומתי בצורת הנקבה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מונה ולמספר סידורי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נכון את מספר קו אוטובוס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