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מספר זכר למספר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משתמשים במספר מונה ומתי במספר סידורי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במספרים במחיר, בתאריך, בשעה ובקו 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שלושה, ארבעה,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המילה שעה היא 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(עשרים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(ה-15 בחודש)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(שמונה וחצי)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 חמש)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אם שם העצם הוא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אם מדובר במספר מונה או מספר סידורי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את צורת המספר המתאימה -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אמרו או כתבו את המשפט המלא עם המספר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מספר נכון, למשל - קניתי עט בחמישה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את ההבדל בין זכר לנקבה לפי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נכונה לכל סוג 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שקווי אוטובוס נאמרים בצורת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המצגת בכיתה ולעצור אחרי כל שקף לתרגול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אמיתיות ממחירים ושעות מהחיים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במצגת לומדים את חוקי הזהב של המספר בעברית - איך אומרים נכון מחירים, תאריכים, שעות וקווי אוטובוס.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שתי  ·  שלושה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יש לי ___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השעה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שמתאים לשם עצם זכר מסתיים בדרך כלל באות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כשאומרים את השעה משתמשים בצורת הנקבה של המספר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יש לי __________ אחיות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קניתי __________ כרטיסים לסרט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מחיר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שמונה וחצי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 חמש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עשרים שקלים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ה-15 בחודש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אמרו או כתבו את המשפט המלא עם המספר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את צורת המספר המתאימה - זכר או נקבה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אם מדובר במספר מונה או מספר סידורי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אם שם העצם הוא זכר או נקבה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שבו אתם משתמשים במספר כדי לתאר מחיר של מוצר בחנות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משתמשים בצורת הזכר של המספר ומתי בצורת הנקבה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למספר מונה ולמספר סידורי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